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ptos Display" w:hAnsi="Aptos Display"/>
          <w:b/>
          <w:color w:val="557A55"/>
          <w:sz w:val="24"/>
        </w:rPr>
        <w:t>THE LONGBOAT KEY GARDEN CLUB</w:t>
      </w:r>
    </w:p>
    <w:p>
      <w:pPr>
        <w:pStyle w:val="Title"/>
        <w:spacing w:after="0"/>
        <w:jc w:val="center"/>
      </w:pPr>
      <w:r>
        <w:t>SCHOLARSHIP PROGRAM</w:t>
      </w:r>
    </w:p>
    <w:p>
      <w:pPr>
        <w:spacing w:after="140"/>
        <w:jc w:val="center"/>
      </w:pPr>
      <w:r>
        <w:rPr>
          <w:b/>
          <w:color w:val="B89B5E"/>
          <w:sz w:val="26"/>
        </w:rPr>
        <w:t>2027–2028 Academic Year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368"/>
            <w:shd w:fill="173A4A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GROWING FUTURES TOGETHER</w:t>
            </w:r>
          </w:p>
        </w:tc>
      </w:tr>
    </w:tbl>
    <w:p>
      <w:pPr>
        <w:spacing w:after="0"/>
      </w:pPr>
    </w:p>
    <w:p>
      <w:pPr>
        <w:spacing w:after="140"/>
        <w:jc w:val="center"/>
      </w:pPr>
      <w:r>
        <w:rPr>
          <w:i/>
          <w:color w:val="5B6265"/>
          <w:sz w:val="21"/>
        </w:rPr>
        <w:t>Supporting students whose passion for the natural world will shape our future.</w:t>
      </w:r>
    </w:p>
    <w:p>
      <w:pPr>
        <w:spacing w:after="140"/>
      </w:pPr>
      <w:r>
        <w:t>The Longboat Key Garden Club is proud to offer scholarships recognizing academic achievement and supporting students pursuing degrees in natural and marine sciences.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63"/>
            <w:shd w:fill="F7F4EC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557A55"/>
                <w:sz w:val="16"/>
              </w:rPr>
              <w:t>AWARDS</w:t>
            </w:r>
            <w:r>
              <w:br/>
            </w:r>
            <w:r>
              <w:rPr>
                <w:b/>
                <w:color w:val="173A4A"/>
                <w:sz w:val="18"/>
              </w:rPr>
              <w:t>$5,000–$10,000</w:t>
            </w:r>
          </w:p>
        </w:tc>
        <w:tc>
          <w:tcPr>
            <w:tcW w:type="dxa" w:w="2563"/>
            <w:shd w:fill="DCE8DE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557A55"/>
                <w:sz w:val="16"/>
              </w:rPr>
              <w:t>NUMBER</w:t>
            </w:r>
            <w:r>
              <w:br/>
            </w:r>
            <w:r>
              <w:rPr>
                <w:b/>
                <w:color w:val="173A4A"/>
                <w:sz w:val="18"/>
              </w:rPr>
              <w:t>Typically 3–4</w:t>
            </w:r>
          </w:p>
        </w:tc>
        <w:tc>
          <w:tcPr>
            <w:tcW w:type="dxa" w:w="2563"/>
            <w:shd w:fill="F7F4EC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557A55"/>
                <w:sz w:val="16"/>
              </w:rPr>
              <w:t>RENEWABLE</w:t>
            </w:r>
            <w:r>
              <w:br/>
            </w:r>
            <w:r>
              <w:rPr>
                <w:b/>
                <w:color w:val="173A4A"/>
                <w:sz w:val="18"/>
              </w:rPr>
              <w:t>May reapply</w:t>
            </w:r>
          </w:p>
        </w:tc>
        <w:tc>
          <w:tcPr>
            <w:tcW w:type="dxa" w:w="2563"/>
            <w:shd w:fill="DCE8DE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557A55"/>
                <w:sz w:val="16"/>
              </w:rPr>
              <w:t>PRESENTATION</w:t>
            </w:r>
            <w:r>
              <w:br/>
            </w:r>
            <w:r>
              <w:rPr>
                <w:b/>
                <w:color w:val="173A4A"/>
                <w:sz w:val="18"/>
              </w:rPr>
              <w:t>Annual Meeting</w:t>
              <w:br/>
              <w:t>Last Friday in April</w:t>
            </w:r>
          </w:p>
        </w:tc>
      </w:tr>
    </w:tbl>
    <w:p>
      <w:pPr>
        <w:pStyle w:val="Heading1"/>
        <w:spacing w:before="100" w:after="60"/>
      </w:pPr>
      <w:r>
        <w:t>Eligible Fields of Study</w:t>
      </w:r>
    </w:p>
    <w:p>
      <w:pPr>
        <w:spacing w:after="40"/>
      </w:pPr>
      <w:r>
        <w:t>Applicants must be pursuing a degree in a natural or marine science field.</w:t>
      </w:r>
    </w:p>
    <w:p>
      <w:pPr>
        <w:spacing w:after="80"/>
      </w:pPr>
      <w:r>
        <w:rPr>
          <w:b/>
          <w:color w:val="557A55"/>
        </w:rPr>
        <w:t xml:space="preserve">Examples: </w:t>
      </w:r>
      <w:r>
        <w:t>Botany • Horticulture • Landscape Architecture • Ecology • Forestry • Environmental Science</w:t>
      </w:r>
    </w:p>
    <w:p>
      <w:pPr>
        <w:pStyle w:val="Heading1"/>
        <w:spacing w:before="100" w:after="60"/>
      </w:pPr>
      <w:r>
        <w:t>Applicant Requirements</w:t>
      </w:r>
    </w:p>
    <w:p>
      <w:pPr>
        <w:spacing w:after="40"/>
        <w:ind w:left="360" w:hanging="288"/>
      </w:pPr>
      <w:r>
        <w:rPr>
          <w:b/>
          <w:color w:val="557A55"/>
        </w:rPr>
        <w:t xml:space="preserve">1. </w:t>
      </w:r>
      <w:r>
        <w:t>Be a U.S. citizen and a Florida resident for at least two years before the academic year of application.</w:t>
      </w:r>
    </w:p>
    <w:p>
      <w:pPr>
        <w:spacing w:after="40"/>
        <w:ind w:left="360" w:hanging="288"/>
      </w:pPr>
      <w:r>
        <w:rPr>
          <w:b/>
          <w:color w:val="557A55"/>
        </w:rPr>
        <w:t xml:space="preserve">2. </w:t>
      </w:r>
      <w:r>
        <w:t>Be currently enrolled at an accredited Florida college or university.</w:t>
      </w:r>
    </w:p>
    <w:p>
      <w:pPr>
        <w:spacing w:after="40"/>
        <w:ind w:left="360" w:hanging="288"/>
      </w:pPr>
      <w:r>
        <w:rPr>
          <w:b/>
          <w:color w:val="557A55"/>
        </w:rPr>
        <w:t xml:space="preserve">3. </w:t>
      </w:r>
      <w:r>
        <w:t>Sophomores and juniors must have completed at least 12 credit hours.</w:t>
      </w:r>
    </w:p>
    <w:p>
      <w:pPr>
        <w:spacing w:after="40"/>
        <w:ind w:left="360" w:hanging="288"/>
      </w:pPr>
      <w:r>
        <w:rPr>
          <w:b/>
          <w:color w:val="557A55"/>
        </w:rPr>
        <w:t xml:space="preserve">4. </w:t>
      </w:r>
      <w:r>
        <w:t>Seniors and graduate students must have been accepted into an accredited graduate program.</w:t>
      </w:r>
    </w:p>
    <w:p>
      <w:pPr>
        <w:spacing w:after="40"/>
        <w:ind w:left="360" w:hanging="288"/>
      </w:pPr>
      <w:r>
        <w:rPr>
          <w:b/>
          <w:color w:val="557A55"/>
        </w:rPr>
        <w:t xml:space="preserve">5. </w:t>
      </w:r>
      <w:r>
        <w:t>Have a minimum 3.0 GPA.</w:t>
      </w:r>
    </w:p>
    <w:p>
      <w:pPr>
        <w:spacing w:after="40"/>
        <w:ind w:left="360" w:hanging="288"/>
      </w:pPr>
      <w:r>
        <w:rPr>
          <w:b/>
          <w:color w:val="557A55"/>
        </w:rPr>
        <w:t xml:space="preserve">6. </w:t>
      </w:r>
      <w:r>
        <w:t>Be available for an interview, if requested.</w:t>
      </w:r>
    </w:p>
    <w:p>
      <w:pPr>
        <w:pStyle w:val="Heading1"/>
        <w:spacing w:before="100" w:after="60"/>
      </w:pPr>
      <w:r>
        <w:t>Application Must Include</w:t>
      </w:r>
    </w:p>
    <w:p>
      <w:pPr>
        <w:spacing w:after="40"/>
        <w:ind w:left="259" w:hanging="202"/>
      </w:pPr>
      <w:r>
        <w:rPr>
          <w:b/>
          <w:color w:val="557A55"/>
        </w:rPr>
        <w:t xml:space="preserve">• </w:t>
      </w:r>
      <w:r>
        <w:t>Two recommendation letters from faculty in the applicant’s field of study.</w:t>
      </w:r>
    </w:p>
    <w:p>
      <w:pPr>
        <w:spacing w:after="40"/>
        <w:ind w:left="259" w:hanging="202"/>
      </w:pPr>
      <w:r>
        <w:rPr>
          <w:b/>
          <w:color w:val="557A55"/>
        </w:rPr>
        <w:t xml:space="preserve">• </w:t>
      </w:r>
      <w:r>
        <w:t>Resume including activities, honors, leadership, work, and community service.</w:t>
      </w:r>
    </w:p>
    <w:p>
      <w:pPr>
        <w:spacing w:after="40"/>
        <w:ind w:left="259" w:hanging="202"/>
      </w:pPr>
      <w:r>
        <w:rPr>
          <w:b/>
          <w:color w:val="557A55"/>
        </w:rPr>
        <w:t xml:space="preserve">• </w:t>
      </w:r>
      <w:r>
        <w:t>Personal statement describing interest in the natural sciences and future goals.</w:t>
      </w:r>
    </w:p>
    <w:p>
      <w:pPr>
        <w:spacing w:after="40"/>
        <w:ind w:left="259" w:hanging="202"/>
      </w:pPr>
      <w:r>
        <w:rPr>
          <w:b/>
          <w:color w:val="557A55"/>
        </w:rPr>
        <w:t xml:space="preserve">• </w:t>
      </w:r>
      <w:r>
        <w:t>Official transcript (need not be stamped).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7992"/>
      </w:tblGrid>
      <w:tr>
        <w:tc>
          <w:tcPr>
            <w:tcW w:type="dxa" w:w="5184"/>
            <w:shd w:fill="557A55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DEADLINE</w:t>
            </w:r>
          </w:p>
        </w:tc>
        <w:tc>
          <w:tcPr>
            <w:tcW w:type="dxa" w:w="5184"/>
            <w:shd w:fill="DCE8DE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173A4A"/>
                <w:sz w:val="22"/>
              </w:rPr>
              <w:t>March 15, 2027</w:t>
            </w:r>
            <w:r>
              <w:br/>
              <w:t xml:space="preserve">Submit applications to: </w:t>
            </w:r>
            <w:r>
              <w:rPr>
                <w:b/>
                <w:color w:val="557A55"/>
              </w:rPr>
              <w:t>scholarships@lbkgardenclub.org</w:t>
            </w:r>
          </w:p>
        </w:tc>
      </w:tr>
    </w:tbl>
    <w:p>
      <w:pPr>
        <w:spacing w:before="80"/>
        <w:jc w:val="center"/>
      </w:pPr>
      <w:r>
        <w:rPr>
          <w:b/>
          <w:color w:val="9B4A3C"/>
        </w:rPr>
        <w:t>Incomplete and late applications will not be accepted.</w:t>
      </w:r>
    </w:p>
    <w:p>
      <w:pPr>
        <w:pStyle w:val="Heading1"/>
        <w:spacing w:before="100" w:after="60"/>
      </w:pPr>
      <w:r>
        <w:t>Recipient Engagement</w:t>
      </w:r>
    </w:p>
    <w:p>
      <w:pPr>
        <w:spacing w:after="0"/>
      </w:pPr>
      <w:r>
        <w:t>Awardees will be invited at a future date to share their learning experiences with Longboat Key Garden Club members.</w:t>
      </w:r>
    </w:p>
    <w:p>
      <w:r>
        <w:br w:type="page"/>
      </w:r>
    </w:p>
    <w:p>
      <w:pPr>
        <w:jc w:val="center"/>
      </w:pPr>
      <w:r>
        <w:rPr>
          <w:b/>
          <w:color w:val="557A55"/>
          <w:sz w:val="20"/>
        </w:rPr>
        <w:t>THE LONGBOAT KEY GARDEN CLUB</w:t>
      </w:r>
    </w:p>
    <w:p>
      <w:pPr>
        <w:pStyle w:val="Title"/>
        <w:jc w:val="center"/>
      </w:pPr>
      <w:r>
        <w:t>SCHOLARSHIP APPLICATION</w:t>
      </w:r>
    </w:p>
    <w:p>
      <w:pPr>
        <w:jc w:val="center"/>
      </w:pPr>
      <w:r>
        <w:rPr>
          <w:b/>
          <w:color w:val="B89B5E"/>
          <w:sz w:val="24"/>
        </w:rPr>
        <w:t>2027–2028 Academic Year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368"/>
            <w:shd w:fill="557A55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APPLICANT INFORMATION</w:t>
            </w:r>
          </w:p>
        </w:tc>
      </w:tr>
    </w:tbl>
    <w:p>
      <w:pPr>
        <w:spacing w:after="0"/>
      </w:pPr>
    </w:p>
    <w:p>
      <w:pPr>
        <w:spacing w:after="80"/>
      </w:pPr>
      <w:r>
        <w:rPr>
          <w:b/>
          <w:color w:val="173A4A"/>
        </w:rPr>
        <w:t xml:space="preserve">First / Middle / Last Name: </w:t>
      </w:r>
      <w:r>
        <w:t>____________________________________________________________</w:t>
      </w:r>
    </w:p>
    <w:p>
      <w:pPr>
        <w:spacing w:after="80"/>
      </w:pPr>
      <w:r>
        <w:rPr>
          <w:b/>
          <w:color w:val="173A4A"/>
        </w:rPr>
        <w:t xml:space="preserve">Permanent Address: </w:t>
      </w:r>
      <w:r>
        <w:t>__________________________________   City / State / ZIP: ______________________________</w:t>
      </w:r>
    </w:p>
    <w:p>
      <w:pPr>
        <w:spacing w:after="80"/>
      </w:pPr>
      <w:r>
        <w:rPr>
          <w:b/>
          <w:color w:val="173A4A"/>
        </w:rPr>
        <w:t xml:space="preserve">Cell Phone: </w:t>
      </w:r>
      <w:r>
        <w:t>________________________________________</w:t>
      </w:r>
    </w:p>
    <w:p>
      <w:pPr>
        <w:spacing w:after="80"/>
      </w:pPr>
      <w:r>
        <w:rPr>
          <w:b/>
          <w:color w:val="173A4A"/>
        </w:rPr>
        <w:t xml:space="preserve">Primary Email Address: </w:t>
      </w:r>
      <w:r>
        <w:t>________________________________________</w:t>
      </w:r>
    </w:p>
    <w:p>
      <w:pPr>
        <w:spacing w:after="80"/>
      </w:pPr>
      <w:r>
        <w:rPr>
          <w:b/>
          <w:color w:val="173A4A"/>
        </w:rPr>
        <w:t xml:space="preserve">U.S. Citizen: </w:t>
      </w:r>
      <w:r>
        <w:t>☐ Yes     ☐ No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368"/>
            <w:shd w:fill="557A55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EMPLOYMENT INFORMATION</w:t>
            </w:r>
          </w:p>
        </w:tc>
      </w:tr>
    </w:tbl>
    <w:p>
      <w:pPr>
        <w:spacing w:after="0"/>
      </w:pPr>
    </w:p>
    <w:p>
      <w:pPr>
        <w:spacing w:after="80"/>
      </w:pPr>
      <w:r>
        <w:rPr>
          <w:b/>
          <w:color w:val="173A4A"/>
        </w:rPr>
        <w:t xml:space="preserve">Current or Most Recent Employer: </w:t>
      </w:r>
      <w:r>
        <w:t>____________________________________________________________</w:t>
      </w:r>
    </w:p>
    <w:p>
      <w:pPr>
        <w:spacing w:after="80"/>
      </w:pPr>
      <w:r>
        <w:rPr>
          <w:b/>
          <w:color w:val="173A4A"/>
        </w:rPr>
        <w:t xml:space="preserve">Dates of Employment: </w:t>
      </w:r>
      <w:r>
        <w:t>________________________     Position Held: 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368"/>
            <w:shd w:fill="557A55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ACADEMIC INFORMATION</w:t>
            </w:r>
          </w:p>
        </w:tc>
      </w:tr>
    </w:tbl>
    <w:p>
      <w:pPr>
        <w:spacing w:after="0"/>
      </w:pPr>
    </w:p>
    <w:p>
      <w:pPr>
        <w:spacing w:after="80"/>
      </w:pPr>
      <w:r>
        <w:rPr>
          <w:b/>
          <w:color w:val="173A4A"/>
        </w:rPr>
        <w:t xml:space="preserve">College of Enrollment: </w:t>
      </w:r>
      <w:r>
        <w:t>____________________________________________________________</w:t>
      </w:r>
    </w:p>
    <w:p>
      <w:pPr>
        <w:spacing w:after="80"/>
      </w:pPr>
      <w:r>
        <w:rPr>
          <w:b/>
          <w:color w:val="173A4A"/>
        </w:rPr>
        <w:t xml:space="preserve">Major: </w:t>
      </w:r>
      <w:r>
        <w:t>________________________________________     Minor (if applicable): _______________________</w:t>
      </w:r>
    </w:p>
    <w:p>
      <w:pPr>
        <w:spacing w:after="80"/>
      </w:pPr>
      <w:r>
        <w:rPr>
          <w:b/>
          <w:color w:val="173A4A"/>
        </w:rPr>
        <w:t xml:space="preserve">Year in College during the Coming Academic Year: </w:t>
      </w:r>
      <w:r>
        <w:t>________________</w:t>
      </w:r>
    </w:p>
    <w:p>
      <w:pPr>
        <w:spacing w:after="80"/>
      </w:pPr>
      <w:r>
        <w:rPr>
          <w:b/>
          <w:color w:val="173A4A"/>
        </w:rPr>
        <w:t xml:space="preserve">Credit Hours Completed: </w:t>
      </w:r>
      <w:r>
        <w:t>__________     Credit Hours in Major: __________</w:t>
      </w:r>
    </w:p>
    <w:p>
      <w:pPr>
        <w:spacing w:after="80"/>
      </w:pPr>
      <w:r>
        <w:rPr>
          <w:b/>
          <w:color w:val="173A4A"/>
        </w:rPr>
        <w:t xml:space="preserve">Credit Hours Needed to Graduate: </w:t>
      </w:r>
      <w:r>
        <w:t>__________     Current GPA: __________</w:t>
      </w:r>
    </w:p>
    <w:p>
      <w:pPr>
        <w:spacing w:after="80"/>
      </w:pPr>
      <w:r>
        <w:rPr>
          <w:b/>
          <w:color w:val="173A4A"/>
        </w:rPr>
        <w:t xml:space="preserve">Degree to be Received: </w:t>
      </w:r>
      <w:r>
        <w:t>____________________________     Intended Date of Graduation: __________________</w:t>
      </w:r>
    </w:p>
    <w:p>
      <w:r>
        <w:t>PhD CANDIDATES — RESEARCH FUNDING</w:t>
      </w:r>
    </w:p>
    <w:p>
      <w:r>
        <w:t>Is your current or proposed PhD research funded by a university, grant, fellowship, research organization, or other source?  ☐ Yes     ☐ No</w:t>
      </w:r>
    </w:p>
    <w:p>
      <w:r>
        <w:t>If yes, please identify the funding source and briefly describe what expenses or research activities the funding covers:</w:t>
      </w:r>
    </w:p>
    <w:p>
      <w:r>
        <w:t>____________________________________________________________________________</w:t>
      </w:r>
    </w:p>
    <w:p>
      <w:r>
        <w:t>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7F4EC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557A55"/>
              </w:rPr>
              <w:t>CERTIFICATION</w:t>
            </w:r>
          </w:p>
          <w:p>
            <w:pPr>
              <w:spacing w:after="100"/>
            </w:pPr>
            <w:r>
              <w:t>I certify that the above information is correct. I understand that I must be a full-time student enrolled in at least 12 credit hours at an accredited Florida college or university and maintain a 3.0 GPA.</w:t>
            </w:r>
          </w:p>
          <w:p>
            <w:pPr>
              <w:spacing w:after="0"/>
            </w:pPr>
            <w:r>
              <w:t>Signature: ____________________________________________     Date: 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b/>
          <w:color w:val="557A55"/>
          <w:sz w:val="20"/>
        </w:rPr>
        <w:t>THE LONGBOAT KEY GARDEN CLUB</w:t>
      </w:r>
    </w:p>
    <w:p>
      <w:pPr>
        <w:pStyle w:val="Title"/>
        <w:jc w:val="center"/>
      </w:pPr>
      <w:r>
        <w:t>APPLICATION CHECKLIST</w:t>
      </w:r>
    </w:p>
    <w:p>
      <w:pPr>
        <w:jc w:val="center"/>
      </w:pPr>
      <w:r>
        <w:rPr>
          <w:b/>
          <w:color w:val="B89B5E"/>
          <w:sz w:val="24"/>
        </w:rPr>
        <w:t>2027–2028 Academic Year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368"/>
            <w:shd w:fill="557A55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BEFORE YOU SUBMIT</w:t>
            </w:r>
          </w:p>
        </w:tc>
      </w:tr>
    </w:tbl>
    <w:p>
      <w:pPr>
        <w:spacing w:after="0"/>
      </w:pPr>
    </w:p>
    <w:p>
      <w:pPr>
        <w:spacing w:after="160"/>
      </w:pPr>
      <w:r>
        <w:t>Please review your application carefully and make sure all required materials are included. Incomplete applications will not be accepted.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432"/>
      </w:tblGrid>
      <w:tr>
        <w:tc>
          <w:tcPr>
            <w:tcW w:type="dxa" w:w="5184"/>
            <w:shd w:fill="DCE8DE"/>
            <w:tcMar>
              <w:top w:w="120" w:type="dxa"/>
              <w:start w:w="80" w:type="dxa"/>
              <w:bottom w:w="12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557A55"/>
                <w:sz w:val="32"/>
              </w:rPr>
              <w:t>☐</w:t>
            </w:r>
          </w:p>
        </w:tc>
        <w:tc>
          <w:tcPr>
            <w:tcW w:type="dxa" w:w="5184"/>
            <w:shd w:fill="F7F4EC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b/>
                <w:color w:val="173A4A"/>
                <w:sz w:val="21"/>
              </w:rPr>
              <w:t>Two Letters of Recommendation</w:t>
            </w:r>
            <w:r>
              <w:br/>
              <w:t>From faculty members in your field of study.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432"/>
      </w:tblGrid>
      <w:tr>
        <w:tc>
          <w:tcPr>
            <w:tcW w:type="dxa" w:w="5184"/>
            <w:shd w:fill="DCE8DE"/>
            <w:tcMar>
              <w:top w:w="120" w:type="dxa"/>
              <w:start w:w="80" w:type="dxa"/>
              <w:bottom w:w="12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557A55"/>
                <w:sz w:val="32"/>
              </w:rPr>
              <w:t>☐</w:t>
            </w:r>
          </w:p>
        </w:tc>
        <w:tc>
          <w:tcPr>
            <w:tcW w:type="dxa" w:w="5184"/>
            <w:shd w:fill="F7F4EC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b/>
                <w:color w:val="173A4A"/>
                <w:sz w:val="21"/>
              </w:rPr>
              <w:t>Resume</w:t>
            </w:r>
            <w:r>
              <w:br/>
              <w:t>Highlight extracurricular activities, honors, leadership, employment, non-school activities, and community service.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432"/>
      </w:tblGrid>
      <w:tr>
        <w:tc>
          <w:tcPr>
            <w:tcW w:type="dxa" w:w="5184"/>
            <w:shd w:fill="DCE8DE"/>
            <w:tcMar>
              <w:top w:w="120" w:type="dxa"/>
              <w:start w:w="80" w:type="dxa"/>
              <w:bottom w:w="12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557A55"/>
                <w:sz w:val="32"/>
              </w:rPr>
              <w:t>☐</w:t>
            </w:r>
          </w:p>
        </w:tc>
        <w:tc>
          <w:tcPr>
            <w:tcW w:type="dxa" w:w="5184"/>
            <w:shd w:fill="F7F4EC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b/>
                <w:color w:val="173A4A"/>
                <w:sz w:val="21"/>
              </w:rPr>
              <w:t>Statement of Interest</w:t>
            </w:r>
            <w:r>
              <w:br/>
              <w:t>Explain your passion for the natural sciences and your future plans.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432"/>
      </w:tblGrid>
      <w:tr>
        <w:tc>
          <w:tcPr>
            <w:tcW w:type="dxa" w:w="5184"/>
            <w:shd w:fill="DCE8DE"/>
            <w:tcMar>
              <w:top w:w="120" w:type="dxa"/>
              <w:start w:w="80" w:type="dxa"/>
              <w:bottom w:w="12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557A55"/>
                <w:sz w:val="32"/>
              </w:rPr>
              <w:t>☐</w:t>
            </w:r>
          </w:p>
        </w:tc>
        <w:tc>
          <w:tcPr>
            <w:tcW w:type="dxa" w:w="5184"/>
            <w:shd w:fill="F7F4EC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b/>
                <w:color w:val="173A4A"/>
                <w:sz w:val="21"/>
              </w:rPr>
              <w:t>Transcript</w:t>
            </w:r>
            <w:r>
              <w:br/>
              <w:t>Official transcript; need not be stamped.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368"/>
            <w:shd w:fill="173A4A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SUBMISSION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DCE8DE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jc w:val="center"/>
            </w:pPr>
            <w:r>
              <w:rPr>
                <w:b/>
                <w:color w:val="557A55"/>
                <w:sz w:val="18"/>
              </w:rPr>
              <w:t>APPLICATION DEADLINE</w:t>
            </w:r>
          </w:p>
          <w:p>
            <w:pPr>
              <w:jc w:val="center"/>
            </w:pPr>
            <w:r>
              <w:rPr>
                <w:b/>
                <w:color w:val="173A4A"/>
                <w:sz w:val="30"/>
              </w:rPr>
              <w:t>MARCH 15, 2027</w:t>
            </w:r>
          </w:p>
          <w:p>
            <w:pPr>
              <w:spacing w:after="0"/>
              <w:jc w:val="center"/>
            </w:pPr>
            <w:r>
              <w:t>Submit completed applications to</w:t>
              <w:br/>
            </w:r>
            <w:r>
              <w:rPr>
                <w:b/>
                <w:color w:val="557A55"/>
              </w:rPr>
              <w:t>scholarships@lbkgardenclub.org</w:t>
            </w:r>
          </w:p>
        </w:tc>
      </w:tr>
    </w:tbl>
    <w:p>
      <w:pPr>
        <w:spacing w:before="200"/>
        <w:jc w:val="center"/>
      </w:pPr>
      <w:r>
        <w:rPr>
          <w:b/>
          <w:color w:val="557A55"/>
          <w:sz w:val="26"/>
        </w:rPr>
        <w:t>Growing Futures Together</w:t>
      </w:r>
    </w:p>
    <w:p>
      <w:pPr>
        <w:jc w:val="center"/>
      </w:pPr>
      <w:r>
        <w:rPr>
          <w:color w:val="5B6265"/>
        </w:rPr>
        <w:t>The Longboat Key Garden Club • Scholarship Program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265"/>
        <w:sz w:val="16"/>
      </w:rPr>
      <w:t>Longboat Key Garden Club  |  Scholarship Program  |  2027–2028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333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A4A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557A55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A4A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